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 w:before="0" w:line="240" w:lineRule="auto"/>
      </w:pPr>
      <w:r>
        <w:rPr>
          <w:b/>
          <w:color w:val="29335C"/>
          <w:sz w:val="34"/>
        </w:rPr>
        <w:t>Car Sale Receipt (Private Sale)</w:t>
      </w:r>
    </w:p>
    <w:p>
      <w:pPr>
        <w:spacing w:after="120" w:before="0" w:line="240" w:lineRule="auto"/>
      </w:pPr>
      <w:r>
        <w:rPr>
          <w:sz w:val="18"/>
        </w:rPr>
        <w:t>Also called a bill of sale. Fill in two copies and both sign them: one for the seller, one for the buyer.</w:t>
      </w:r>
    </w:p>
    <w:p>
      <w:pPr>
        <w:spacing w:after="0" w:before="0" w:line="120" w:lineRule="exact"/>
      </w:pPr>
      <w:r>
        <w:rPr>
          <w:sz w:val="2"/>
        </w:rPr>
      </w:r>
    </w:p>
    <w:tbl>
      <w:tblPr>
        <w:tblW w:type="auto" w:w="0"/>
        <w:jc w:val="left"/>
        <w:tblLayout w:type="fixed"/>
        <w:tblLook w:firstColumn="1" w:firstRow="1" w:lastColumn="0" w:lastRow="0" w:noHBand="0" w:noVBand="1" w:val="04A0"/>
      </w:tblPr>
      <w:tblGrid>
        <w:gridCol w:w="10205"/>
      </w:tblGrid>
      <w:tr>
        <w:tc>
          <w:tcPr>
            <w:tcW w:type="dxa" w:w="10205"/>
            <w:shd w:val="clear" w:color="auto" w:fill="29335C"/>
          </w:tcPr>
          <w:p>
            <w:pPr>
              <w:spacing w:after="20" w:before="20" w:line="240" w:lineRule="auto"/>
            </w:pPr>
            <w:r>
              <w:rPr>
                <w:b/>
                <w:color w:val="FFFFFF"/>
                <w:sz w:val="20"/>
              </w:rPr>
              <w:t>1. The sale</w:t>
            </w:r>
          </w:p>
        </w:tc>
      </w:tr>
    </w:tbl>
    <w:p>
      <w:pPr>
        <w:spacing w:after="0" w:before="0" w:line="100" w:lineRule="exact"/>
      </w:pPr>
      <w:r>
        <w:rPr>
          <w:sz w:val="2"/>
        </w:rPr>
      </w:r>
    </w:p>
    <w:tbl>
      <w:tblPr>
        <w:tblW w:type="auto" w:w="0"/>
        <w:jc w:val="left"/>
        <w:tblLayout w:type="fixed"/>
        <w:tblLook w:firstColumn="1" w:firstRow="1" w:lastColumn="0" w:lastRow="0" w:noHBand="0" w:noVBand="1" w:val="04A0"/>
      </w:tblPr>
      <w:tblGrid>
        <w:gridCol w:w="4989"/>
        <w:gridCol w:w="227"/>
        <w:gridCol w:w="4989"/>
      </w:tblGrid>
      <w:tr>
        <w:tc>
          <w:tcPr>
            <w:tcW w:type="dxa" w:w="4989"/>
          </w:tcPr>
          <w:p>
            <w:pPr>
              <w:spacing w:after="0" w:before="0" w:line="240" w:lineRule="auto"/>
            </w:pPr>
            <w:r>
              <w:rPr>
                <w:color w:val="5B6275"/>
                <w:sz w:val="15"/>
              </w:rPr>
              <w:t>Date of sale</w:t>
            </w:r>
          </w:p>
        </w:tc>
        <w:tc>
          <w:tcPr>
            <w:tcW w:type="dxa" w:w="227"/>
          </w:tcPr>
          <w:p>
            <w:pPr>
              <w:spacing w:after="0" w:before="0" w:line="240" w:lineRule="auto"/>
            </w:pPr>
          </w:p>
        </w:tc>
        <w:tc>
          <w:tcPr>
            <w:tcW w:type="dxa" w:w="4989"/>
          </w:tcPr>
          <w:p>
            <w:pPr>
              <w:spacing w:after="0" w:before="0" w:line="240" w:lineRule="auto"/>
            </w:pPr>
            <w:r>
              <w:rPr>
                <w:color w:val="5B6275"/>
                <w:sz w:val="15"/>
              </w:rPr>
              <w:t>Time of sale</w:t>
            </w:r>
          </w:p>
        </w:tc>
      </w:tr>
      <w:tr>
        <w:trPr>
          <w:trHeight w:val="283" w:hRule="atLeast"/>
        </w:trPr>
        <w:tc>
          <w:tcPr>
            <w:tcW w:type="dxa" w:w="4989"/>
            <w:tcBorders>
              <w:top w:val="single" w:sz="4" w:space="0" w:color="9AA1B3"/>
              <w:left w:val="single" w:sz="4" w:space="0" w:color="9AA1B3"/>
              <w:bottom w:val="single" w:sz="4" w:space="0" w:color="9AA1B3"/>
              <w:right w:val="single" w:sz="4" w:space="0" w:color="9AA1B3"/>
            </w:tcBorders>
            <w:shd w:val="clear" w:color="auto" w:fill="F4F6FA"/>
          </w:tcPr>
          <w:p>
            <w:pPr>
              <w:spacing w:after="0" w:before="0" w:line="240" w:lineRule="auto"/>
            </w:pPr>
          </w:p>
        </w:tc>
        <w:tc>
          <w:tcPr>
            <w:tcW w:type="dxa" w:w="227"/>
          </w:tcPr>
          <w:p>
            <w:pPr>
              <w:spacing w:after="0" w:before="0" w:line="240" w:lineRule="auto"/>
            </w:pPr>
          </w:p>
        </w:tc>
        <w:tc>
          <w:tcPr>
            <w:tcW w:type="dxa" w:w="4989"/>
            <w:tcBorders>
              <w:top w:val="single" w:sz="4" w:space="0" w:color="9AA1B3"/>
              <w:left w:val="single" w:sz="4" w:space="0" w:color="9AA1B3"/>
              <w:bottom w:val="single" w:sz="4" w:space="0" w:color="9AA1B3"/>
              <w:right w:val="single" w:sz="4" w:space="0" w:color="9AA1B3"/>
            </w:tcBorders>
            <w:shd w:val="clear" w:color="auto" w:fill="F4F6FA"/>
          </w:tcPr>
          <w:p>
            <w:pPr>
              <w:spacing w:after="0" w:before="0" w:line="240" w:lineRule="auto"/>
            </w:pPr>
          </w:p>
        </w:tc>
      </w:tr>
    </w:tbl>
    <w:p>
      <w:pPr>
        <w:spacing w:after="0" w:before="0" w:line="40" w:lineRule="exact"/>
      </w:pPr>
      <w:r>
        <w:rPr>
          <w:sz w:val="2"/>
        </w:rPr>
      </w:r>
    </w:p>
    <w:tbl>
      <w:tblPr>
        <w:tblW w:type="auto" w:w="0"/>
        <w:jc w:val="left"/>
        <w:tblLayout w:type="fixed"/>
        <w:tblLook w:firstColumn="1" w:firstRow="1" w:lastColumn="0" w:lastRow="0" w:noHBand="0" w:noVBand="1" w:val="04A0"/>
      </w:tblPr>
      <w:tblGrid>
        <w:gridCol w:w="4989"/>
        <w:gridCol w:w="227"/>
        <w:gridCol w:w="4989"/>
      </w:tblGrid>
      <w:tr>
        <w:tc>
          <w:tcPr>
            <w:tcW w:type="dxa" w:w="4989"/>
          </w:tcPr>
          <w:p>
            <w:pPr>
              <w:spacing w:after="0" w:before="0" w:line="240" w:lineRule="auto"/>
            </w:pPr>
            <w:r>
              <w:rPr>
                <w:color w:val="5B6275"/>
                <w:sz w:val="15"/>
              </w:rPr>
              <w:t>Sale price (AUD)</w:t>
            </w:r>
          </w:p>
        </w:tc>
        <w:tc>
          <w:tcPr>
            <w:tcW w:type="dxa" w:w="227"/>
          </w:tcPr>
          <w:p>
            <w:pPr>
              <w:spacing w:after="0" w:before="0" w:line="240" w:lineRule="auto"/>
            </w:pPr>
          </w:p>
        </w:tc>
        <w:tc>
          <w:tcPr>
            <w:tcW w:type="dxa" w:w="4989"/>
          </w:tcPr>
          <w:p>
            <w:pPr>
              <w:spacing w:after="0" w:before="0" w:line="240" w:lineRule="auto"/>
            </w:pPr>
            <w:r>
              <w:rPr>
                <w:color w:val="5B6275"/>
                <w:sz w:val="15"/>
              </w:rPr>
              <w:t>Deposit already paid (AUD)</w:t>
            </w:r>
          </w:p>
        </w:tc>
      </w:tr>
      <w:tr>
        <w:trPr>
          <w:trHeight w:val="283" w:hRule="atLeast"/>
        </w:trPr>
        <w:tc>
          <w:tcPr>
            <w:tcW w:type="dxa" w:w="4989"/>
            <w:tcBorders>
              <w:top w:val="single" w:sz="4" w:space="0" w:color="9AA1B3"/>
              <w:left w:val="single" w:sz="4" w:space="0" w:color="9AA1B3"/>
              <w:bottom w:val="single" w:sz="4" w:space="0" w:color="9AA1B3"/>
              <w:right w:val="single" w:sz="4" w:space="0" w:color="9AA1B3"/>
            </w:tcBorders>
            <w:shd w:val="clear" w:color="auto" w:fill="F4F6FA"/>
          </w:tcPr>
          <w:p>
            <w:pPr>
              <w:spacing w:after="0" w:before="0" w:line="240" w:lineRule="auto"/>
            </w:pPr>
          </w:p>
        </w:tc>
        <w:tc>
          <w:tcPr>
            <w:tcW w:type="dxa" w:w="227"/>
          </w:tcPr>
          <w:p>
            <w:pPr>
              <w:spacing w:after="0" w:before="0" w:line="240" w:lineRule="auto"/>
            </w:pPr>
          </w:p>
        </w:tc>
        <w:tc>
          <w:tcPr>
            <w:tcW w:type="dxa" w:w="4989"/>
            <w:tcBorders>
              <w:top w:val="single" w:sz="4" w:space="0" w:color="9AA1B3"/>
              <w:left w:val="single" w:sz="4" w:space="0" w:color="9AA1B3"/>
              <w:bottom w:val="single" w:sz="4" w:space="0" w:color="9AA1B3"/>
              <w:right w:val="single" w:sz="4" w:space="0" w:color="9AA1B3"/>
            </w:tcBorders>
            <w:shd w:val="clear" w:color="auto" w:fill="F4F6FA"/>
          </w:tcPr>
          <w:p>
            <w:pPr>
              <w:spacing w:after="0" w:before="0" w:line="240" w:lineRule="auto"/>
            </w:pPr>
          </w:p>
        </w:tc>
      </w:tr>
    </w:tbl>
    <w:p>
      <w:pPr>
        <w:spacing w:after="0" w:before="0" w:line="40" w:lineRule="exact"/>
      </w:pPr>
      <w:r>
        <w:rPr>
          <w:sz w:val="2"/>
        </w:rPr>
      </w:r>
    </w:p>
    <w:tbl>
      <w:tblPr>
        <w:tblW w:type="auto" w:w="0"/>
        <w:jc w:val="left"/>
        <w:tblLayout w:type="fixed"/>
        <w:tblLook w:firstColumn="1" w:firstRow="1" w:lastColumn="0" w:lastRow="0" w:noHBand="0" w:noVBand="1" w:val="04A0"/>
      </w:tblPr>
      <w:tblGrid>
        <w:gridCol w:w="4989"/>
        <w:gridCol w:w="227"/>
        <w:gridCol w:w="4989"/>
      </w:tblGrid>
      <w:tr>
        <w:tc>
          <w:tcPr>
            <w:tcW w:type="dxa" w:w="4989"/>
          </w:tcPr>
          <w:p>
            <w:pPr>
              <w:spacing w:after="0" w:before="0" w:line="240" w:lineRule="auto"/>
            </w:pPr>
            <w:r>
              <w:rPr>
                <w:color w:val="5B6275"/>
                <w:sz w:val="15"/>
              </w:rPr>
              <w:t>Balance paid today (AUD)</w:t>
            </w:r>
          </w:p>
        </w:tc>
        <w:tc>
          <w:tcPr>
            <w:tcW w:type="dxa" w:w="227"/>
          </w:tcPr>
          <w:p>
            <w:pPr>
              <w:spacing w:after="0" w:before="0" w:line="240" w:lineRule="auto"/>
            </w:pPr>
          </w:p>
        </w:tc>
        <w:tc>
          <w:tcPr>
            <w:tcW w:type="dxa" w:w="4989"/>
          </w:tcPr>
          <w:p>
            <w:pPr>
              <w:spacing w:after="0" w:before="0" w:line="240" w:lineRule="auto"/>
            </w:pPr>
            <w:r>
              <w:rPr>
                <w:color w:val="5B6275"/>
                <w:sz w:val="15"/>
              </w:rPr>
              <w:t>Paid by (cash, bank transfer, other)</w:t>
            </w:r>
          </w:p>
        </w:tc>
      </w:tr>
      <w:tr>
        <w:trPr>
          <w:trHeight w:val="283" w:hRule="atLeast"/>
        </w:trPr>
        <w:tc>
          <w:tcPr>
            <w:tcW w:type="dxa" w:w="4989"/>
            <w:tcBorders>
              <w:top w:val="single" w:sz="4" w:space="0" w:color="9AA1B3"/>
              <w:left w:val="single" w:sz="4" w:space="0" w:color="9AA1B3"/>
              <w:bottom w:val="single" w:sz="4" w:space="0" w:color="9AA1B3"/>
              <w:right w:val="single" w:sz="4" w:space="0" w:color="9AA1B3"/>
            </w:tcBorders>
            <w:shd w:val="clear" w:color="auto" w:fill="F4F6FA"/>
          </w:tcPr>
          <w:p>
            <w:pPr>
              <w:spacing w:after="0" w:before="0" w:line="240" w:lineRule="auto"/>
            </w:pPr>
          </w:p>
        </w:tc>
        <w:tc>
          <w:tcPr>
            <w:tcW w:type="dxa" w:w="227"/>
          </w:tcPr>
          <w:p>
            <w:pPr>
              <w:spacing w:after="0" w:before="0" w:line="240" w:lineRule="auto"/>
            </w:pPr>
          </w:p>
        </w:tc>
        <w:tc>
          <w:tcPr>
            <w:tcW w:type="dxa" w:w="4989"/>
            <w:tcBorders>
              <w:top w:val="single" w:sz="4" w:space="0" w:color="9AA1B3"/>
              <w:left w:val="single" w:sz="4" w:space="0" w:color="9AA1B3"/>
              <w:bottom w:val="single" w:sz="4" w:space="0" w:color="9AA1B3"/>
              <w:right w:val="single" w:sz="4" w:space="0" w:color="9AA1B3"/>
            </w:tcBorders>
            <w:shd w:val="clear" w:color="auto" w:fill="F4F6FA"/>
          </w:tcPr>
          <w:p>
            <w:pPr>
              <w:spacing w:after="0" w:before="0" w:line="240" w:lineRule="auto"/>
            </w:pPr>
          </w:p>
        </w:tc>
      </w:tr>
    </w:tbl>
    <w:p>
      <w:pPr>
        <w:spacing w:after="0" w:before="0" w:line="40" w:lineRule="exact"/>
      </w:pPr>
      <w:r>
        <w:rPr>
          <w:sz w:val="2"/>
        </w:rPr>
      </w:r>
    </w:p>
    <w:p>
      <w:pPr>
        <w:spacing w:after="60" w:before="0" w:line="240" w:lineRule="auto"/>
      </w:pPr>
      <w:r>
        <w:rPr>
          <w:sz w:val="22"/>
        </w:rPr>
        <w:t xml:space="preserve">☐  </w:t>
      </w:r>
      <w:r>
        <w:rPr>
          <w:sz w:val="18"/>
        </w:rPr>
        <w:t>The seller confirms the full price has been received in cleared funds.</w:t>
      </w:r>
    </w:p>
    <w:p>
      <w:pPr>
        <w:spacing w:after="0" w:before="0" w:line="120" w:lineRule="exact"/>
      </w:pPr>
      <w:r>
        <w:rPr>
          <w:sz w:val="2"/>
        </w:rPr>
      </w:r>
    </w:p>
    <w:tbl>
      <w:tblPr>
        <w:tblW w:type="auto" w:w="0"/>
        <w:jc w:val="left"/>
        <w:tblLayout w:type="fixed"/>
        <w:tblLook w:firstColumn="1" w:firstRow="1" w:lastColumn="0" w:lastRow="0" w:noHBand="0" w:noVBand="1" w:val="04A0"/>
      </w:tblPr>
      <w:tblGrid>
        <w:gridCol w:w="10205"/>
      </w:tblGrid>
      <w:tr>
        <w:tc>
          <w:tcPr>
            <w:tcW w:type="dxa" w:w="10205"/>
            <w:shd w:val="clear" w:color="auto" w:fill="29335C"/>
          </w:tcPr>
          <w:p>
            <w:pPr>
              <w:spacing w:after="20" w:before="20" w:line="240" w:lineRule="auto"/>
            </w:pPr>
            <w:r>
              <w:rPr>
                <w:b/>
                <w:color w:val="FFFFFF"/>
                <w:sz w:val="20"/>
              </w:rPr>
              <w:t>2. Seller and buyer</w:t>
            </w:r>
          </w:p>
        </w:tc>
      </w:tr>
    </w:tbl>
    <w:p>
      <w:pPr>
        <w:spacing w:after="0" w:before="0" w:line="100" w:lineRule="exact"/>
      </w:pPr>
      <w:r>
        <w:rPr>
          <w:sz w:val="2"/>
        </w:rPr>
      </w:r>
    </w:p>
    <w:tbl>
      <w:tblPr>
        <w:tblW w:type="auto" w:w="0"/>
        <w:jc w:val="left"/>
        <w:tblLayout w:type="fixed"/>
        <w:tblLook w:firstColumn="1" w:firstRow="1" w:lastColumn="0" w:lastRow="0" w:noHBand="0" w:noVBand="1" w:val="04A0"/>
      </w:tblPr>
      <w:tblGrid>
        <w:gridCol w:w="4989"/>
        <w:gridCol w:w="227"/>
        <w:gridCol w:w="4989"/>
      </w:tblGrid>
      <w:tr>
        <w:tc>
          <w:tcPr>
            <w:tcW w:type="dxa" w:w="4989"/>
          </w:tcPr>
          <w:p>
            <w:pPr>
              <w:spacing w:after="0" w:before="0" w:line="240" w:lineRule="auto"/>
            </w:pPr>
            <w:r>
              <w:rPr>
                <w:color w:val="5B6275"/>
                <w:sz w:val="15"/>
              </w:rPr>
              <w:t>Seller: Full name</w:t>
            </w:r>
          </w:p>
        </w:tc>
        <w:tc>
          <w:tcPr>
            <w:tcW w:type="dxa" w:w="227"/>
          </w:tcPr>
          <w:p>
            <w:pPr>
              <w:spacing w:after="0" w:before="0" w:line="240" w:lineRule="auto"/>
            </w:pPr>
          </w:p>
        </w:tc>
        <w:tc>
          <w:tcPr>
            <w:tcW w:type="dxa" w:w="4989"/>
          </w:tcPr>
          <w:p>
            <w:pPr>
              <w:spacing w:after="0" w:before="0" w:line="240" w:lineRule="auto"/>
            </w:pPr>
            <w:r>
              <w:rPr>
                <w:color w:val="5B6275"/>
                <w:sz w:val="15"/>
              </w:rPr>
              <w:t>Buyer: Full name</w:t>
            </w:r>
          </w:p>
        </w:tc>
      </w:tr>
      <w:tr>
        <w:trPr>
          <w:trHeight w:val="283" w:hRule="atLeast"/>
        </w:trPr>
        <w:tc>
          <w:tcPr>
            <w:tcW w:type="dxa" w:w="4989"/>
            <w:tcBorders>
              <w:top w:val="single" w:sz="4" w:space="0" w:color="9AA1B3"/>
              <w:left w:val="single" w:sz="4" w:space="0" w:color="9AA1B3"/>
              <w:bottom w:val="single" w:sz="4" w:space="0" w:color="9AA1B3"/>
              <w:right w:val="single" w:sz="4" w:space="0" w:color="9AA1B3"/>
            </w:tcBorders>
            <w:shd w:val="clear" w:color="auto" w:fill="F4F6FA"/>
          </w:tcPr>
          <w:p>
            <w:pPr>
              <w:spacing w:after="0" w:before="0" w:line="240" w:lineRule="auto"/>
            </w:pPr>
          </w:p>
        </w:tc>
        <w:tc>
          <w:tcPr>
            <w:tcW w:type="dxa" w:w="227"/>
          </w:tcPr>
          <w:p>
            <w:pPr>
              <w:spacing w:after="0" w:before="0" w:line="240" w:lineRule="auto"/>
            </w:pPr>
          </w:p>
        </w:tc>
        <w:tc>
          <w:tcPr>
            <w:tcW w:type="dxa" w:w="4989"/>
            <w:tcBorders>
              <w:top w:val="single" w:sz="4" w:space="0" w:color="9AA1B3"/>
              <w:left w:val="single" w:sz="4" w:space="0" w:color="9AA1B3"/>
              <w:bottom w:val="single" w:sz="4" w:space="0" w:color="9AA1B3"/>
              <w:right w:val="single" w:sz="4" w:space="0" w:color="9AA1B3"/>
            </w:tcBorders>
            <w:shd w:val="clear" w:color="auto" w:fill="F4F6FA"/>
          </w:tcPr>
          <w:p>
            <w:pPr>
              <w:spacing w:after="0" w:before="0" w:line="240" w:lineRule="auto"/>
            </w:pPr>
          </w:p>
        </w:tc>
      </w:tr>
    </w:tbl>
    <w:p>
      <w:pPr>
        <w:spacing w:after="0" w:before="0" w:line="40" w:lineRule="exact"/>
      </w:pPr>
      <w:r>
        <w:rPr>
          <w:sz w:val="2"/>
        </w:rPr>
      </w:r>
    </w:p>
    <w:tbl>
      <w:tblPr>
        <w:tblW w:type="auto" w:w="0"/>
        <w:jc w:val="left"/>
        <w:tblLayout w:type="fixed"/>
        <w:tblLook w:firstColumn="1" w:firstRow="1" w:lastColumn="0" w:lastRow="0" w:noHBand="0" w:noVBand="1" w:val="04A0"/>
      </w:tblPr>
      <w:tblGrid>
        <w:gridCol w:w="4989"/>
        <w:gridCol w:w="227"/>
        <w:gridCol w:w="4989"/>
      </w:tblGrid>
      <w:tr>
        <w:tc>
          <w:tcPr>
            <w:tcW w:type="dxa" w:w="4989"/>
          </w:tcPr>
          <w:p>
            <w:pPr>
              <w:spacing w:after="0" w:before="0" w:line="240" w:lineRule="auto"/>
            </w:pPr>
            <w:r>
              <w:rPr>
                <w:color w:val="5B6275"/>
                <w:sz w:val="15"/>
              </w:rPr>
              <w:t>Seller: Address</w:t>
            </w:r>
          </w:p>
        </w:tc>
        <w:tc>
          <w:tcPr>
            <w:tcW w:type="dxa" w:w="227"/>
          </w:tcPr>
          <w:p>
            <w:pPr>
              <w:spacing w:after="0" w:before="0" w:line="240" w:lineRule="auto"/>
            </w:pPr>
          </w:p>
        </w:tc>
        <w:tc>
          <w:tcPr>
            <w:tcW w:type="dxa" w:w="4989"/>
          </w:tcPr>
          <w:p>
            <w:pPr>
              <w:spacing w:after="0" w:before="0" w:line="240" w:lineRule="auto"/>
            </w:pPr>
            <w:r>
              <w:rPr>
                <w:color w:val="5B6275"/>
                <w:sz w:val="15"/>
              </w:rPr>
              <w:t>Buyer: Address</w:t>
            </w:r>
          </w:p>
        </w:tc>
      </w:tr>
      <w:tr>
        <w:trPr>
          <w:trHeight w:val="283" w:hRule="atLeast"/>
        </w:trPr>
        <w:tc>
          <w:tcPr>
            <w:tcW w:type="dxa" w:w="4989"/>
            <w:tcBorders>
              <w:top w:val="single" w:sz="4" w:space="0" w:color="9AA1B3"/>
              <w:left w:val="single" w:sz="4" w:space="0" w:color="9AA1B3"/>
              <w:bottom w:val="single" w:sz="4" w:space="0" w:color="9AA1B3"/>
              <w:right w:val="single" w:sz="4" w:space="0" w:color="9AA1B3"/>
            </w:tcBorders>
            <w:shd w:val="clear" w:color="auto" w:fill="F4F6FA"/>
          </w:tcPr>
          <w:p>
            <w:pPr>
              <w:spacing w:after="0" w:before="0" w:line="240" w:lineRule="auto"/>
            </w:pPr>
          </w:p>
        </w:tc>
        <w:tc>
          <w:tcPr>
            <w:tcW w:type="dxa" w:w="227"/>
          </w:tcPr>
          <w:p>
            <w:pPr>
              <w:spacing w:after="0" w:before="0" w:line="240" w:lineRule="auto"/>
            </w:pPr>
          </w:p>
        </w:tc>
        <w:tc>
          <w:tcPr>
            <w:tcW w:type="dxa" w:w="4989"/>
            <w:tcBorders>
              <w:top w:val="single" w:sz="4" w:space="0" w:color="9AA1B3"/>
              <w:left w:val="single" w:sz="4" w:space="0" w:color="9AA1B3"/>
              <w:bottom w:val="single" w:sz="4" w:space="0" w:color="9AA1B3"/>
              <w:right w:val="single" w:sz="4" w:space="0" w:color="9AA1B3"/>
            </w:tcBorders>
            <w:shd w:val="clear" w:color="auto" w:fill="F4F6FA"/>
          </w:tcPr>
          <w:p>
            <w:pPr>
              <w:spacing w:after="0" w:before="0" w:line="240" w:lineRule="auto"/>
            </w:pPr>
          </w:p>
        </w:tc>
      </w:tr>
    </w:tbl>
    <w:p>
      <w:pPr>
        <w:spacing w:after="0" w:before="0" w:line="40" w:lineRule="exact"/>
      </w:pPr>
      <w:r>
        <w:rPr>
          <w:sz w:val="2"/>
        </w:rPr>
      </w:r>
    </w:p>
    <w:tbl>
      <w:tblPr>
        <w:tblW w:type="auto" w:w="0"/>
        <w:jc w:val="left"/>
        <w:tblLayout w:type="fixed"/>
        <w:tblLook w:firstColumn="1" w:firstRow="1" w:lastColumn="0" w:lastRow="0" w:noHBand="0" w:noVBand="1" w:val="04A0"/>
      </w:tblPr>
      <w:tblGrid>
        <w:gridCol w:w="4989"/>
        <w:gridCol w:w="227"/>
        <w:gridCol w:w="4989"/>
      </w:tblGrid>
      <w:tr>
        <w:tc>
          <w:tcPr>
            <w:tcW w:type="dxa" w:w="4989"/>
          </w:tcPr>
          <w:p>
            <w:pPr>
              <w:spacing w:after="0" w:before="0" w:line="240" w:lineRule="auto"/>
            </w:pPr>
            <w:r>
              <w:rPr>
                <w:color w:val="5B6275"/>
                <w:sz w:val="15"/>
              </w:rPr>
              <w:t>Seller: Phone</w:t>
            </w:r>
          </w:p>
        </w:tc>
        <w:tc>
          <w:tcPr>
            <w:tcW w:type="dxa" w:w="227"/>
          </w:tcPr>
          <w:p>
            <w:pPr>
              <w:spacing w:after="0" w:before="0" w:line="240" w:lineRule="auto"/>
            </w:pPr>
          </w:p>
        </w:tc>
        <w:tc>
          <w:tcPr>
            <w:tcW w:type="dxa" w:w="4989"/>
          </w:tcPr>
          <w:p>
            <w:pPr>
              <w:spacing w:after="0" w:before="0" w:line="240" w:lineRule="auto"/>
            </w:pPr>
            <w:r>
              <w:rPr>
                <w:color w:val="5B6275"/>
                <w:sz w:val="15"/>
              </w:rPr>
              <w:t>Buyer: Phone</w:t>
            </w:r>
          </w:p>
        </w:tc>
      </w:tr>
      <w:tr>
        <w:trPr>
          <w:trHeight w:val="283" w:hRule="atLeast"/>
        </w:trPr>
        <w:tc>
          <w:tcPr>
            <w:tcW w:type="dxa" w:w="4989"/>
            <w:tcBorders>
              <w:top w:val="single" w:sz="4" w:space="0" w:color="9AA1B3"/>
              <w:left w:val="single" w:sz="4" w:space="0" w:color="9AA1B3"/>
              <w:bottom w:val="single" w:sz="4" w:space="0" w:color="9AA1B3"/>
              <w:right w:val="single" w:sz="4" w:space="0" w:color="9AA1B3"/>
            </w:tcBorders>
            <w:shd w:val="clear" w:color="auto" w:fill="F4F6FA"/>
          </w:tcPr>
          <w:p>
            <w:pPr>
              <w:spacing w:after="0" w:before="0" w:line="240" w:lineRule="auto"/>
            </w:pPr>
          </w:p>
        </w:tc>
        <w:tc>
          <w:tcPr>
            <w:tcW w:type="dxa" w:w="227"/>
          </w:tcPr>
          <w:p>
            <w:pPr>
              <w:spacing w:after="0" w:before="0" w:line="240" w:lineRule="auto"/>
            </w:pPr>
          </w:p>
        </w:tc>
        <w:tc>
          <w:tcPr>
            <w:tcW w:type="dxa" w:w="4989"/>
            <w:tcBorders>
              <w:top w:val="single" w:sz="4" w:space="0" w:color="9AA1B3"/>
              <w:left w:val="single" w:sz="4" w:space="0" w:color="9AA1B3"/>
              <w:bottom w:val="single" w:sz="4" w:space="0" w:color="9AA1B3"/>
              <w:right w:val="single" w:sz="4" w:space="0" w:color="9AA1B3"/>
            </w:tcBorders>
            <w:shd w:val="clear" w:color="auto" w:fill="F4F6FA"/>
          </w:tcPr>
          <w:p>
            <w:pPr>
              <w:spacing w:after="0" w:before="0" w:line="240" w:lineRule="auto"/>
            </w:pPr>
          </w:p>
        </w:tc>
      </w:tr>
    </w:tbl>
    <w:p>
      <w:pPr>
        <w:spacing w:after="0" w:before="0" w:line="40" w:lineRule="exact"/>
      </w:pPr>
      <w:r>
        <w:rPr>
          <w:sz w:val="2"/>
        </w:rPr>
      </w:r>
    </w:p>
    <w:tbl>
      <w:tblPr>
        <w:tblW w:type="auto" w:w="0"/>
        <w:jc w:val="left"/>
        <w:tblLayout w:type="fixed"/>
        <w:tblLook w:firstColumn="1" w:firstRow="1" w:lastColumn="0" w:lastRow="0" w:noHBand="0" w:noVBand="1" w:val="04A0"/>
      </w:tblPr>
      <w:tblGrid>
        <w:gridCol w:w="4989"/>
        <w:gridCol w:w="227"/>
        <w:gridCol w:w="4989"/>
      </w:tblGrid>
      <w:tr>
        <w:tc>
          <w:tcPr>
            <w:tcW w:type="dxa" w:w="4989"/>
          </w:tcPr>
          <w:p>
            <w:pPr>
              <w:spacing w:after="0" w:before="0" w:line="240" w:lineRule="auto"/>
            </w:pPr>
            <w:r>
              <w:rPr>
                <w:color w:val="5B6275"/>
                <w:sz w:val="15"/>
              </w:rPr>
              <w:t>Seller: Email</w:t>
            </w:r>
          </w:p>
        </w:tc>
        <w:tc>
          <w:tcPr>
            <w:tcW w:type="dxa" w:w="227"/>
          </w:tcPr>
          <w:p>
            <w:pPr>
              <w:spacing w:after="0" w:before="0" w:line="240" w:lineRule="auto"/>
            </w:pPr>
          </w:p>
        </w:tc>
        <w:tc>
          <w:tcPr>
            <w:tcW w:type="dxa" w:w="4989"/>
          </w:tcPr>
          <w:p>
            <w:pPr>
              <w:spacing w:after="0" w:before="0" w:line="240" w:lineRule="auto"/>
            </w:pPr>
            <w:r>
              <w:rPr>
                <w:color w:val="5B6275"/>
                <w:sz w:val="15"/>
              </w:rPr>
              <w:t>Buyer: Email</w:t>
            </w:r>
          </w:p>
        </w:tc>
      </w:tr>
      <w:tr>
        <w:trPr>
          <w:trHeight w:val="283" w:hRule="atLeast"/>
        </w:trPr>
        <w:tc>
          <w:tcPr>
            <w:tcW w:type="dxa" w:w="4989"/>
            <w:tcBorders>
              <w:top w:val="single" w:sz="4" w:space="0" w:color="9AA1B3"/>
              <w:left w:val="single" w:sz="4" w:space="0" w:color="9AA1B3"/>
              <w:bottom w:val="single" w:sz="4" w:space="0" w:color="9AA1B3"/>
              <w:right w:val="single" w:sz="4" w:space="0" w:color="9AA1B3"/>
            </w:tcBorders>
            <w:shd w:val="clear" w:color="auto" w:fill="F4F6FA"/>
          </w:tcPr>
          <w:p>
            <w:pPr>
              <w:spacing w:after="0" w:before="0" w:line="240" w:lineRule="auto"/>
            </w:pPr>
          </w:p>
        </w:tc>
        <w:tc>
          <w:tcPr>
            <w:tcW w:type="dxa" w:w="227"/>
          </w:tcPr>
          <w:p>
            <w:pPr>
              <w:spacing w:after="0" w:before="0" w:line="240" w:lineRule="auto"/>
            </w:pPr>
          </w:p>
        </w:tc>
        <w:tc>
          <w:tcPr>
            <w:tcW w:type="dxa" w:w="4989"/>
            <w:tcBorders>
              <w:top w:val="single" w:sz="4" w:space="0" w:color="9AA1B3"/>
              <w:left w:val="single" w:sz="4" w:space="0" w:color="9AA1B3"/>
              <w:bottom w:val="single" w:sz="4" w:space="0" w:color="9AA1B3"/>
              <w:right w:val="single" w:sz="4" w:space="0" w:color="9AA1B3"/>
            </w:tcBorders>
            <w:shd w:val="clear" w:color="auto" w:fill="F4F6FA"/>
          </w:tcPr>
          <w:p>
            <w:pPr>
              <w:spacing w:after="0" w:before="0" w:line="240" w:lineRule="auto"/>
            </w:pPr>
          </w:p>
        </w:tc>
      </w:tr>
    </w:tbl>
    <w:p>
      <w:pPr>
        <w:spacing w:after="0" w:before="0" w:line="40" w:lineRule="exact"/>
      </w:pPr>
      <w:r>
        <w:rPr>
          <w:sz w:val="2"/>
        </w:rPr>
      </w:r>
    </w:p>
    <w:tbl>
      <w:tblPr>
        <w:tblW w:type="auto" w:w="0"/>
        <w:jc w:val="left"/>
        <w:tblLayout w:type="fixed"/>
        <w:tblLook w:firstColumn="1" w:firstRow="1" w:lastColumn="0" w:lastRow="0" w:noHBand="0" w:noVBand="1" w:val="04A0"/>
      </w:tblPr>
      <w:tblGrid>
        <w:gridCol w:w="4989"/>
        <w:gridCol w:w="227"/>
        <w:gridCol w:w="4989"/>
      </w:tblGrid>
      <w:tr>
        <w:tc>
          <w:tcPr>
            <w:tcW w:type="dxa" w:w="4989"/>
          </w:tcPr>
          <w:p>
            <w:pPr>
              <w:spacing w:after="0" w:before="0" w:line="240" w:lineRule="auto"/>
            </w:pPr>
            <w:r>
              <w:rPr>
                <w:color w:val="5B6275"/>
                <w:sz w:val="15"/>
              </w:rPr>
              <w:t>Seller: Driver licence number and state</w:t>
            </w:r>
          </w:p>
        </w:tc>
        <w:tc>
          <w:tcPr>
            <w:tcW w:type="dxa" w:w="227"/>
          </w:tcPr>
          <w:p>
            <w:pPr>
              <w:spacing w:after="0" w:before="0" w:line="240" w:lineRule="auto"/>
            </w:pPr>
          </w:p>
        </w:tc>
        <w:tc>
          <w:tcPr>
            <w:tcW w:type="dxa" w:w="4989"/>
          </w:tcPr>
          <w:p>
            <w:pPr>
              <w:spacing w:after="0" w:before="0" w:line="240" w:lineRule="auto"/>
            </w:pPr>
            <w:r>
              <w:rPr>
                <w:color w:val="5B6275"/>
                <w:sz w:val="15"/>
              </w:rPr>
              <w:t>Buyer: Driver licence number and state</w:t>
            </w:r>
          </w:p>
        </w:tc>
      </w:tr>
      <w:tr>
        <w:trPr>
          <w:trHeight w:val="283" w:hRule="atLeast"/>
        </w:trPr>
        <w:tc>
          <w:tcPr>
            <w:tcW w:type="dxa" w:w="4989"/>
            <w:tcBorders>
              <w:top w:val="single" w:sz="4" w:space="0" w:color="9AA1B3"/>
              <w:left w:val="single" w:sz="4" w:space="0" w:color="9AA1B3"/>
              <w:bottom w:val="single" w:sz="4" w:space="0" w:color="9AA1B3"/>
              <w:right w:val="single" w:sz="4" w:space="0" w:color="9AA1B3"/>
            </w:tcBorders>
            <w:shd w:val="clear" w:color="auto" w:fill="F4F6FA"/>
          </w:tcPr>
          <w:p>
            <w:pPr>
              <w:spacing w:after="0" w:before="0" w:line="240" w:lineRule="auto"/>
            </w:pPr>
          </w:p>
        </w:tc>
        <w:tc>
          <w:tcPr>
            <w:tcW w:type="dxa" w:w="227"/>
          </w:tcPr>
          <w:p>
            <w:pPr>
              <w:spacing w:after="0" w:before="0" w:line="240" w:lineRule="auto"/>
            </w:pPr>
          </w:p>
        </w:tc>
        <w:tc>
          <w:tcPr>
            <w:tcW w:type="dxa" w:w="4989"/>
            <w:tcBorders>
              <w:top w:val="single" w:sz="4" w:space="0" w:color="9AA1B3"/>
              <w:left w:val="single" w:sz="4" w:space="0" w:color="9AA1B3"/>
              <w:bottom w:val="single" w:sz="4" w:space="0" w:color="9AA1B3"/>
              <w:right w:val="single" w:sz="4" w:space="0" w:color="9AA1B3"/>
            </w:tcBorders>
            <w:shd w:val="clear" w:color="auto" w:fill="F4F6FA"/>
          </w:tcPr>
          <w:p>
            <w:pPr>
              <w:spacing w:after="0" w:before="0" w:line="240" w:lineRule="auto"/>
            </w:pPr>
          </w:p>
        </w:tc>
      </w:tr>
    </w:tbl>
    <w:p>
      <w:pPr>
        <w:spacing w:after="0" w:before="0" w:line="40" w:lineRule="exact"/>
      </w:pPr>
      <w:r>
        <w:rPr>
          <w:sz w:val="2"/>
        </w:rPr>
      </w:r>
    </w:p>
    <w:p>
      <w:pPr>
        <w:spacing w:after="0" w:before="0" w:line="120" w:lineRule="exact"/>
      </w:pPr>
      <w:r>
        <w:rPr>
          <w:sz w:val="2"/>
        </w:rPr>
      </w:r>
    </w:p>
    <w:tbl>
      <w:tblPr>
        <w:tblW w:type="auto" w:w="0"/>
        <w:jc w:val="left"/>
        <w:tblLayout w:type="fixed"/>
        <w:tblLook w:firstColumn="1" w:firstRow="1" w:lastColumn="0" w:lastRow="0" w:noHBand="0" w:noVBand="1" w:val="04A0"/>
      </w:tblPr>
      <w:tblGrid>
        <w:gridCol w:w="10205"/>
      </w:tblGrid>
      <w:tr>
        <w:tc>
          <w:tcPr>
            <w:tcW w:type="dxa" w:w="10205"/>
            <w:shd w:val="clear" w:color="auto" w:fill="29335C"/>
          </w:tcPr>
          <w:p>
            <w:pPr>
              <w:spacing w:after="20" w:before="20" w:line="240" w:lineRule="auto"/>
            </w:pPr>
            <w:r>
              <w:rPr>
                <w:b/>
                <w:color w:val="FFFFFF"/>
                <w:sz w:val="20"/>
              </w:rPr>
              <w:t>3. The car</w:t>
            </w:r>
          </w:p>
        </w:tc>
      </w:tr>
    </w:tbl>
    <w:p>
      <w:pPr>
        <w:spacing w:after="0" w:before="0" w:line="100" w:lineRule="exact"/>
      </w:pPr>
      <w:r>
        <w:rPr>
          <w:sz w:val="2"/>
        </w:rPr>
      </w:r>
    </w:p>
    <w:tbl>
      <w:tblPr>
        <w:tblW w:type="auto" w:w="0"/>
        <w:jc w:val="left"/>
        <w:tblLayout w:type="fixed"/>
        <w:tblLook w:firstColumn="1" w:firstRow="1" w:lastColumn="0" w:lastRow="0" w:noHBand="0" w:noVBand="1" w:val="04A0"/>
      </w:tblPr>
      <w:tblGrid>
        <w:gridCol w:w="4989"/>
        <w:gridCol w:w="227"/>
        <w:gridCol w:w="4989"/>
      </w:tblGrid>
      <w:tr>
        <w:tc>
          <w:tcPr>
            <w:tcW w:type="dxa" w:w="4989"/>
          </w:tcPr>
          <w:p>
            <w:pPr>
              <w:spacing w:after="0" w:before="0" w:line="240" w:lineRule="auto"/>
            </w:pPr>
            <w:r>
              <w:rPr>
                <w:color w:val="5B6275"/>
                <w:sz w:val="15"/>
              </w:rPr>
              <w:t>Make</w:t>
            </w:r>
          </w:p>
        </w:tc>
        <w:tc>
          <w:tcPr>
            <w:tcW w:type="dxa" w:w="227"/>
          </w:tcPr>
          <w:p>
            <w:pPr>
              <w:spacing w:after="0" w:before="0" w:line="240" w:lineRule="auto"/>
            </w:pPr>
          </w:p>
        </w:tc>
        <w:tc>
          <w:tcPr>
            <w:tcW w:type="dxa" w:w="4989"/>
          </w:tcPr>
          <w:p>
            <w:pPr>
              <w:spacing w:after="0" w:before="0" w:line="240" w:lineRule="auto"/>
            </w:pPr>
            <w:r>
              <w:rPr>
                <w:color w:val="5B6275"/>
                <w:sz w:val="15"/>
              </w:rPr>
              <w:t>Model and variant</w:t>
            </w:r>
          </w:p>
        </w:tc>
      </w:tr>
      <w:tr>
        <w:trPr>
          <w:trHeight w:val="283" w:hRule="atLeast"/>
        </w:trPr>
        <w:tc>
          <w:tcPr>
            <w:tcW w:type="dxa" w:w="4989"/>
            <w:tcBorders>
              <w:top w:val="single" w:sz="4" w:space="0" w:color="9AA1B3"/>
              <w:left w:val="single" w:sz="4" w:space="0" w:color="9AA1B3"/>
              <w:bottom w:val="single" w:sz="4" w:space="0" w:color="9AA1B3"/>
              <w:right w:val="single" w:sz="4" w:space="0" w:color="9AA1B3"/>
            </w:tcBorders>
            <w:shd w:val="clear" w:color="auto" w:fill="F4F6FA"/>
          </w:tcPr>
          <w:p>
            <w:pPr>
              <w:spacing w:after="0" w:before="0" w:line="240" w:lineRule="auto"/>
            </w:pPr>
          </w:p>
        </w:tc>
        <w:tc>
          <w:tcPr>
            <w:tcW w:type="dxa" w:w="227"/>
          </w:tcPr>
          <w:p>
            <w:pPr>
              <w:spacing w:after="0" w:before="0" w:line="240" w:lineRule="auto"/>
            </w:pPr>
          </w:p>
        </w:tc>
        <w:tc>
          <w:tcPr>
            <w:tcW w:type="dxa" w:w="4989"/>
            <w:tcBorders>
              <w:top w:val="single" w:sz="4" w:space="0" w:color="9AA1B3"/>
              <w:left w:val="single" w:sz="4" w:space="0" w:color="9AA1B3"/>
              <w:bottom w:val="single" w:sz="4" w:space="0" w:color="9AA1B3"/>
              <w:right w:val="single" w:sz="4" w:space="0" w:color="9AA1B3"/>
            </w:tcBorders>
            <w:shd w:val="clear" w:color="auto" w:fill="F4F6FA"/>
          </w:tcPr>
          <w:p>
            <w:pPr>
              <w:spacing w:after="0" w:before="0" w:line="240" w:lineRule="auto"/>
            </w:pPr>
          </w:p>
        </w:tc>
      </w:tr>
    </w:tbl>
    <w:p>
      <w:pPr>
        <w:spacing w:after="0" w:before="0" w:line="40" w:lineRule="exact"/>
      </w:pPr>
      <w:r>
        <w:rPr>
          <w:sz w:val="2"/>
        </w:rPr>
      </w:r>
    </w:p>
    <w:tbl>
      <w:tblPr>
        <w:tblW w:type="auto" w:w="0"/>
        <w:jc w:val="left"/>
        <w:tblLayout w:type="fixed"/>
        <w:tblLook w:firstColumn="1" w:firstRow="1" w:lastColumn="0" w:lastRow="0" w:noHBand="0" w:noVBand="1" w:val="04A0"/>
      </w:tblPr>
      <w:tblGrid>
        <w:gridCol w:w="4989"/>
        <w:gridCol w:w="227"/>
        <w:gridCol w:w="4989"/>
      </w:tblGrid>
      <w:tr>
        <w:tc>
          <w:tcPr>
            <w:tcW w:type="dxa" w:w="4989"/>
          </w:tcPr>
          <w:p>
            <w:pPr>
              <w:spacing w:after="0" w:before="0" w:line="240" w:lineRule="auto"/>
            </w:pPr>
            <w:r>
              <w:rPr>
                <w:color w:val="5B6275"/>
                <w:sz w:val="15"/>
              </w:rPr>
              <w:t>Year</w:t>
            </w:r>
          </w:p>
        </w:tc>
        <w:tc>
          <w:tcPr>
            <w:tcW w:type="dxa" w:w="227"/>
          </w:tcPr>
          <w:p>
            <w:pPr>
              <w:spacing w:after="0" w:before="0" w:line="240" w:lineRule="auto"/>
            </w:pPr>
          </w:p>
        </w:tc>
        <w:tc>
          <w:tcPr>
            <w:tcW w:type="dxa" w:w="4989"/>
          </w:tcPr>
          <w:p>
            <w:pPr>
              <w:spacing w:after="0" w:before="0" w:line="240" w:lineRule="auto"/>
            </w:pPr>
            <w:r>
              <w:rPr>
                <w:color w:val="5B6275"/>
                <w:sz w:val="15"/>
              </w:rPr>
              <w:t>Body type and colour</w:t>
            </w:r>
          </w:p>
        </w:tc>
      </w:tr>
      <w:tr>
        <w:trPr>
          <w:trHeight w:val="283" w:hRule="atLeast"/>
        </w:trPr>
        <w:tc>
          <w:tcPr>
            <w:tcW w:type="dxa" w:w="4989"/>
            <w:tcBorders>
              <w:top w:val="single" w:sz="4" w:space="0" w:color="9AA1B3"/>
              <w:left w:val="single" w:sz="4" w:space="0" w:color="9AA1B3"/>
              <w:bottom w:val="single" w:sz="4" w:space="0" w:color="9AA1B3"/>
              <w:right w:val="single" w:sz="4" w:space="0" w:color="9AA1B3"/>
            </w:tcBorders>
            <w:shd w:val="clear" w:color="auto" w:fill="F4F6FA"/>
          </w:tcPr>
          <w:p>
            <w:pPr>
              <w:spacing w:after="0" w:before="0" w:line="240" w:lineRule="auto"/>
            </w:pPr>
          </w:p>
        </w:tc>
        <w:tc>
          <w:tcPr>
            <w:tcW w:type="dxa" w:w="227"/>
          </w:tcPr>
          <w:p>
            <w:pPr>
              <w:spacing w:after="0" w:before="0" w:line="240" w:lineRule="auto"/>
            </w:pPr>
          </w:p>
        </w:tc>
        <w:tc>
          <w:tcPr>
            <w:tcW w:type="dxa" w:w="4989"/>
            <w:tcBorders>
              <w:top w:val="single" w:sz="4" w:space="0" w:color="9AA1B3"/>
              <w:left w:val="single" w:sz="4" w:space="0" w:color="9AA1B3"/>
              <w:bottom w:val="single" w:sz="4" w:space="0" w:color="9AA1B3"/>
              <w:right w:val="single" w:sz="4" w:space="0" w:color="9AA1B3"/>
            </w:tcBorders>
            <w:shd w:val="clear" w:color="auto" w:fill="F4F6FA"/>
          </w:tcPr>
          <w:p>
            <w:pPr>
              <w:spacing w:after="0" w:before="0" w:line="240" w:lineRule="auto"/>
            </w:pPr>
          </w:p>
        </w:tc>
      </w:tr>
    </w:tbl>
    <w:p>
      <w:pPr>
        <w:spacing w:after="0" w:before="0" w:line="40" w:lineRule="exact"/>
      </w:pPr>
      <w:r>
        <w:rPr>
          <w:sz w:val="2"/>
        </w:rPr>
      </w:r>
    </w:p>
    <w:tbl>
      <w:tblPr>
        <w:tblW w:type="auto" w:w="0"/>
        <w:jc w:val="left"/>
        <w:tblLayout w:type="fixed"/>
        <w:tblLook w:firstColumn="1" w:firstRow="1" w:lastColumn="0" w:lastRow="0" w:noHBand="0" w:noVBand="1" w:val="04A0"/>
      </w:tblPr>
      <w:tblGrid>
        <w:gridCol w:w="6652"/>
        <w:gridCol w:w="227"/>
        <w:gridCol w:w="3326"/>
      </w:tblGrid>
      <w:tr>
        <w:tc>
          <w:tcPr>
            <w:tcW w:type="dxa" w:w="6652"/>
          </w:tcPr>
          <w:p>
            <w:pPr>
              <w:spacing w:after="0" w:before="0" w:line="240" w:lineRule="auto"/>
            </w:pPr>
            <w:r>
              <w:rPr>
                <w:color w:val="5B6275"/>
                <w:sz w:val="15"/>
              </w:rPr>
              <w:t>VIN or chassis number (17 characters)</w:t>
            </w:r>
          </w:p>
        </w:tc>
        <w:tc>
          <w:tcPr>
            <w:tcW w:type="dxa" w:w="227"/>
          </w:tcPr>
          <w:p>
            <w:pPr>
              <w:spacing w:after="0" w:before="0" w:line="240" w:lineRule="auto"/>
            </w:pPr>
          </w:p>
        </w:tc>
        <w:tc>
          <w:tcPr>
            <w:tcW w:type="dxa" w:w="3326"/>
          </w:tcPr>
          <w:p>
            <w:pPr>
              <w:spacing w:after="0" w:before="0" w:line="240" w:lineRule="auto"/>
            </w:pPr>
            <w:r>
              <w:rPr>
                <w:color w:val="5B6275"/>
                <w:sz w:val="15"/>
              </w:rPr>
              <w:t>Engine number</w:t>
            </w:r>
          </w:p>
        </w:tc>
      </w:tr>
      <w:tr>
        <w:trPr>
          <w:trHeight w:val="283" w:hRule="atLeast"/>
        </w:trPr>
        <w:tc>
          <w:tcPr>
            <w:tcW w:type="dxa" w:w="6652"/>
            <w:tcBorders>
              <w:top w:val="single" w:sz="4" w:space="0" w:color="9AA1B3"/>
              <w:left w:val="single" w:sz="4" w:space="0" w:color="9AA1B3"/>
              <w:bottom w:val="single" w:sz="4" w:space="0" w:color="9AA1B3"/>
              <w:right w:val="single" w:sz="4" w:space="0" w:color="9AA1B3"/>
            </w:tcBorders>
            <w:shd w:val="clear" w:color="auto" w:fill="F4F6FA"/>
          </w:tcPr>
          <w:p>
            <w:pPr>
              <w:spacing w:after="0" w:before="0" w:line="240" w:lineRule="auto"/>
            </w:pPr>
          </w:p>
        </w:tc>
        <w:tc>
          <w:tcPr>
            <w:tcW w:type="dxa" w:w="227"/>
          </w:tcPr>
          <w:p>
            <w:pPr>
              <w:spacing w:after="0" w:before="0" w:line="240" w:lineRule="auto"/>
            </w:pPr>
          </w:p>
        </w:tc>
        <w:tc>
          <w:tcPr>
            <w:tcW w:type="dxa" w:w="3326"/>
            <w:tcBorders>
              <w:top w:val="single" w:sz="4" w:space="0" w:color="9AA1B3"/>
              <w:left w:val="single" w:sz="4" w:space="0" w:color="9AA1B3"/>
              <w:bottom w:val="single" w:sz="4" w:space="0" w:color="9AA1B3"/>
              <w:right w:val="single" w:sz="4" w:space="0" w:color="9AA1B3"/>
            </w:tcBorders>
            <w:shd w:val="clear" w:color="auto" w:fill="F4F6FA"/>
          </w:tcPr>
          <w:p>
            <w:pPr>
              <w:spacing w:after="0" w:before="0" w:line="240" w:lineRule="auto"/>
            </w:pPr>
          </w:p>
        </w:tc>
      </w:tr>
    </w:tbl>
    <w:p>
      <w:pPr>
        <w:spacing w:after="0" w:before="0" w:line="40" w:lineRule="exact"/>
      </w:pPr>
      <w:r>
        <w:rPr>
          <w:sz w:val="2"/>
        </w:rPr>
      </w:r>
    </w:p>
    <w:tbl>
      <w:tblPr>
        <w:tblW w:type="auto" w:w="0"/>
        <w:jc w:val="left"/>
        <w:tblLayout w:type="fixed"/>
        <w:tblLook w:firstColumn="1" w:firstRow="1" w:lastColumn="0" w:lastRow="0" w:noHBand="0" w:noVBand="1" w:val="04A0"/>
      </w:tblPr>
      <w:tblGrid>
        <w:gridCol w:w="4989"/>
        <w:gridCol w:w="227"/>
        <w:gridCol w:w="4989"/>
      </w:tblGrid>
      <w:tr>
        <w:tc>
          <w:tcPr>
            <w:tcW w:type="dxa" w:w="4989"/>
          </w:tcPr>
          <w:p>
            <w:pPr>
              <w:spacing w:after="0" w:before="0" w:line="240" w:lineRule="auto"/>
            </w:pPr>
            <w:r>
              <w:rPr>
                <w:color w:val="5B6275"/>
                <w:sz w:val="15"/>
              </w:rPr>
              <w:t>Registration (plate) number</w:t>
            </w:r>
          </w:p>
        </w:tc>
        <w:tc>
          <w:tcPr>
            <w:tcW w:type="dxa" w:w="227"/>
          </w:tcPr>
          <w:p>
            <w:pPr>
              <w:spacing w:after="0" w:before="0" w:line="240" w:lineRule="auto"/>
            </w:pPr>
          </w:p>
        </w:tc>
        <w:tc>
          <w:tcPr>
            <w:tcW w:type="dxa" w:w="4989"/>
          </w:tcPr>
          <w:p>
            <w:pPr>
              <w:spacing w:after="0" w:before="0" w:line="240" w:lineRule="auto"/>
            </w:pPr>
            <w:r>
              <w:rPr>
                <w:color w:val="5B6275"/>
                <w:sz w:val="15"/>
              </w:rPr>
              <w:t>State registered in</w:t>
            </w:r>
          </w:p>
        </w:tc>
      </w:tr>
      <w:tr>
        <w:trPr>
          <w:trHeight w:val="283" w:hRule="atLeast"/>
        </w:trPr>
        <w:tc>
          <w:tcPr>
            <w:tcW w:type="dxa" w:w="4989"/>
            <w:tcBorders>
              <w:top w:val="single" w:sz="4" w:space="0" w:color="9AA1B3"/>
              <w:left w:val="single" w:sz="4" w:space="0" w:color="9AA1B3"/>
              <w:bottom w:val="single" w:sz="4" w:space="0" w:color="9AA1B3"/>
              <w:right w:val="single" w:sz="4" w:space="0" w:color="9AA1B3"/>
            </w:tcBorders>
            <w:shd w:val="clear" w:color="auto" w:fill="F4F6FA"/>
          </w:tcPr>
          <w:p>
            <w:pPr>
              <w:spacing w:after="0" w:before="0" w:line="240" w:lineRule="auto"/>
            </w:pPr>
          </w:p>
        </w:tc>
        <w:tc>
          <w:tcPr>
            <w:tcW w:type="dxa" w:w="227"/>
          </w:tcPr>
          <w:p>
            <w:pPr>
              <w:spacing w:after="0" w:before="0" w:line="240" w:lineRule="auto"/>
            </w:pPr>
          </w:p>
        </w:tc>
        <w:tc>
          <w:tcPr>
            <w:tcW w:type="dxa" w:w="4989"/>
            <w:tcBorders>
              <w:top w:val="single" w:sz="4" w:space="0" w:color="9AA1B3"/>
              <w:left w:val="single" w:sz="4" w:space="0" w:color="9AA1B3"/>
              <w:bottom w:val="single" w:sz="4" w:space="0" w:color="9AA1B3"/>
              <w:right w:val="single" w:sz="4" w:space="0" w:color="9AA1B3"/>
            </w:tcBorders>
            <w:shd w:val="clear" w:color="auto" w:fill="F4F6FA"/>
          </w:tcPr>
          <w:p>
            <w:pPr>
              <w:spacing w:after="0" w:before="0" w:line="240" w:lineRule="auto"/>
            </w:pPr>
          </w:p>
        </w:tc>
      </w:tr>
    </w:tbl>
    <w:p>
      <w:pPr>
        <w:spacing w:after="0" w:before="0" w:line="40" w:lineRule="exact"/>
      </w:pPr>
      <w:r>
        <w:rPr>
          <w:sz w:val="2"/>
        </w:rPr>
      </w:r>
    </w:p>
    <w:tbl>
      <w:tblPr>
        <w:tblW w:type="auto" w:w="0"/>
        <w:jc w:val="left"/>
        <w:tblLayout w:type="fixed"/>
        <w:tblLook w:firstColumn="1" w:firstRow="1" w:lastColumn="0" w:lastRow="0" w:noHBand="0" w:noVBand="1" w:val="04A0"/>
      </w:tblPr>
      <w:tblGrid>
        <w:gridCol w:w="4989"/>
        <w:gridCol w:w="227"/>
        <w:gridCol w:w="4989"/>
      </w:tblGrid>
      <w:tr>
        <w:tc>
          <w:tcPr>
            <w:tcW w:type="dxa" w:w="4989"/>
          </w:tcPr>
          <w:p>
            <w:pPr>
              <w:spacing w:after="0" w:before="0" w:line="240" w:lineRule="auto"/>
            </w:pPr>
            <w:r>
              <w:rPr>
                <w:color w:val="5B6275"/>
                <w:sz w:val="15"/>
              </w:rPr>
              <w:t>Registration expiry date</w:t>
            </w:r>
          </w:p>
        </w:tc>
        <w:tc>
          <w:tcPr>
            <w:tcW w:type="dxa" w:w="227"/>
          </w:tcPr>
          <w:p>
            <w:pPr>
              <w:spacing w:after="0" w:before="0" w:line="240" w:lineRule="auto"/>
            </w:pPr>
          </w:p>
        </w:tc>
        <w:tc>
          <w:tcPr>
            <w:tcW w:type="dxa" w:w="4989"/>
          </w:tcPr>
          <w:p>
            <w:pPr>
              <w:spacing w:after="0" w:before="0" w:line="240" w:lineRule="auto"/>
            </w:pPr>
            <w:r>
              <w:rPr>
                <w:color w:val="5B6275"/>
                <w:sz w:val="15"/>
              </w:rPr>
              <w:t>Odometer reading at sale (km)</w:t>
            </w:r>
          </w:p>
        </w:tc>
      </w:tr>
      <w:tr>
        <w:trPr>
          <w:trHeight w:val="283" w:hRule="atLeast"/>
        </w:trPr>
        <w:tc>
          <w:tcPr>
            <w:tcW w:type="dxa" w:w="4989"/>
            <w:tcBorders>
              <w:top w:val="single" w:sz="4" w:space="0" w:color="9AA1B3"/>
              <w:left w:val="single" w:sz="4" w:space="0" w:color="9AA1B3"/>
              <w:bottom w:val="single" w:sz="4" w:space="0" w:color="9AA1B3"/>
              <w:right w:val="single" w:sz="4" w:space="0" w:color="9AA1B3"/>
            </w:tcBorders>
            <w:shd w:val="clear" w:color="auto" w:fill="F4F6FA"/>
          </w:tcPr>
          <w:p>
            <w:pPr>
              <w:spacing w:after="0" w:before="0" w:line="240" w:lineRule="auto"/>
            </w:pPr>
          </w:p>
        </w:tc>
        <w:tc>
          <w:tcPr>
            <w:tcW w:type="dxa" w:w="227"/>
          </w:tcPr>
          <w:p>
            <w:pPr>
              <w:spacing w:after="0" w:before="0" w:line="240" w:lineRule="auto"/>
            </w:pPr>
          </w:p>
        </w:tc>
        <w:tc>
          <w:tcPr>
            <w:tcW w:type="dxa" w:w="4989"/>
            <w:tcBorders>
              <w:top w:val="single" w:sz="4" w:space="0" w:color="9AA1B3"/>
              <w:left w:val="single" w:sz="4" w:space="0" w:color="9AA1B3"/>
              <w:bottom w:val="single" w:sz="4" w:space="0" w:color="9AA1B3"/>
              <w:right w:val="single" w:sz="4" w:space="0" w:color="9AA1B3"/>
            </w:tcBorders>
            <w:shd w:val="clear" w:color="auto" w:fill="F4F6FA"/>
          </w:tcPr>
          <w:p>
            <w:pPr>
              <w:spacing w:after="0" w:before="0" w:line="240" w:lineRule="auto"/>
            </w:pPr>
          </w:p>
        </w:tc>
      </w:tr>
    </w:tbl>
    <w:p>
      <w:pPr>
        <w:spacing w:after="0" w:before="0" w:line="40" w:lineRule="exact"/>
      </w:pPr>
      <w:r>
        <w:rPr>
          <w:sz w:val="2"/>
        </w:rPr>
      </w:r>
    </w:p>
    <w:tbl>
      <w:tblPr>
        <w:tblW w:type="auto" w:w="0"/>
        <w:jc w:val="left"/>
        <w:tblLayout w:type="fixed"/>
        <w:tblLook w:firstColumn="1" w:firstRow="1" w:lastColumn="0" w:lastRow="0" w:noHBand="0" w:noVBand="1" w:val="04A0"/>
      </w:tblPr>
      <w:tblGrid>
        <w:gridCol w:w="10205"/>
      </w:tblGrid>
      <w:tr>
        <w:tc>
          <w:tcPr>
            <w:tcW w:type="dxa" w:w="10205"/>
          </w:tcPr>
          <w:p>
            <w:pPr>
              <w:spacing w:after="0" w:before="0" w:line="240" w:lineRule="auto"/>
            </w:pPr>
            <w:r>
              <w:rPr>
                <w:color w:val="5B6275"/>
                <w:sz w:val="15"/>
              </w:rPr>
              <w:t>Safety certificate or roadworthy number (if your state needs one)</w:t>
            </w:r>
          </w:p>
        </w:tc>
      </w:tr>
      <w:tr>
        <w:trPr>
          <w:trHeight w:val="283" w:hRule="atLeast"/>
        </w:trPr>
        <w:tc>
          <w:tcPr>
            <w:tcW w:type="dxa" w:w="10205"/>
            <w:tcBorders>
              <w:top w:val="single" w:sz="4" w:space="0" w:color="9AA1B3"/>
              <w:left w:val="single" w:sz="4" w:space="0" w:color="9AA1B3"/>
              <w:bottom w:val="single" w:sz="4" w:space="0" w:color="9AA1B3"/>
              <w:right w:val="single" w:sz="4" w:space="0" w:color="9AA1B3"/>
            </w:tcBorders>
            <w:shd w:val="clear" w:color="auto" w:fill="F4F6FA"/>
          </w:tcPr>
          <w:p>
            <w:pPr>
              <w:spacing w:after="0" w:before="0" w:line="240" w:lineRule="auto"/>
            </w:pPr>
          </w:p>
        </w:tc>
      </w:tr>
    </w:tbl>
    <w:p>
      <w:pPr>
        <w:spacing w:after="0" w:before="0" w:line="40" w:lineRule="exact"/>
      </w:pPr>
      <w:r>
        <w:rPr>
          <w:sz w:val="2"/>
        </w:rPr>
      </w:r>
    </w:p>
    <w:p>
      <w:pPr>
        <w:spacing w:after="0" w:before="0" w:line="120" w:lineRule="exact"/>
      </w:pPr>
      <w:r>
        <w:rPr>
          <w:sz w:val="2"/>
        </w:rPr>
      </w:r>
    </w:p>
    <w:tbl>
      <w:tblPr>
        <w:tblW w:type="auto" w:w="0"/>
        <w:jc w:val="left"/>
        <w:tblLayout w:type="fixed"/>
        <w:tblLook w:firstColumn="1" w:firstRow="1" w:lastColumn="0" w:lastRow="0" w:noHBand="0" w:noVBand="1" w:val="04A0"/>
      </w:tblPr>
      <w:tblGrid>
        <w:gridCol w:w="10205"/>
      </w:tblGrid>
      <w:tr>
        <w:tc>
          <w:tcPr>
            <w:tcW w:type="dxa" w:w="10205"/>
            <w:shd w:val="clear" w:color="auto" w:fill="29335C"/>
          </w:tcPr>
          <w:p>
            <w:pPr>
              <w:spacing w:after="20" w:before="20" w:line="240" w:lineRule="auto"/>
            </w:pPr>
            <w:r>
              <w:rPr>
                <w:b/>
                <w:color w:val="FFFFFF"/>
                <w:sz w:val="20"/>
              </w:rPr>
              <w:t>4. Condition</w:t>
            </w:r>
          </w:p>
        </w:tc>
      </w:tr>
    </w:tbl>
    <w:p>
      <w:pPr>
        <w:spacing w:after="0" w:before="0" w:line="100" w:lineRule="exact"/>
      </w:pPr>
      <w:r>
        <w:rPr>
          <w:sz w:val="2"/>
        </w:rPr>
      </w:r>
    </w:p>
    <w:p>
      <w:pPr>
        <w:spacing w:after="60" w:before="0" w:line="240" w:lineRule="auto"/>
      </w:pPr>
      <w:r>
        <w:rPr>
          <w:sz w:val="22"/>
        </w:rPr>
        <w:t xml:space="preserve">☐  </w:t>
      </w:r>
      <w:r>
        <w:rPr>
          <w:sz w:val="18"/>
        </w:rPr>
        <w:t>Sold as is: the buyer has inspected the car and accepts it in its current condition.</w:t>
      </w:r>
    </w:p>
    <w:tbl>
      <w:tblPr>
        <w:tblW w:type="auto" w:w="0"/>
        <w:jc w:val="left"/>
        <w:tblLayout w:type="fixed"/>
        <w:tblLook w:firstColumn="1" w:firstRow="1" w:lastColumn="0" w:lastRow="0" w:noHBand="0" w:noVBand="1" w:val="04A0"/>
      </w:tblPr>
      <w:tblGrid>
        <w:gridCol w:w="10205"/>
      </w:tblGrid>
      <w:tr>
        <w:tc>
          <w:tcPr>
            <w:tcW w:type="dxa" w:w="10205"/>
          </w:tcPr>
          <w:p>
            <w:pPr>
              <w:spacing w:after="0" w:before="0" w:line="240" w:lineRule="auto"/>
            </w:pPr>
            <w:r>
              <w:rPr>
                <w:color w:val="5B6275"/>
                <w:sz w:val="15"/>
              </w:rPr>
              <w:t>Faults, damage or repairs the seller has told the buyer about</w:t>
            </w:r>
          </w:p>
        </w:tc>
      </w:tr>
      <w:tr>
        <w:trPr>
          <w:trHeight w:val="454" w:hRule="atLeast"/>
        </w:trPr>
        <w:tc>
          <w:tcPr>
            <w:tcW w:type="dxa" w:w="10205"/>
            <w:tcBorders>
              <w:top w:val="single" w:sz="4" w:space="0" w:color="9AA1B3"/>
              <w:left w:val="single" w:sz="4" w:space="0" w:color="9AA1B3"/>
              <w:bottom w:val="single" w:sz="4" w:space="0" w:color="9AA1B3"/>
              <w:right w:val="single" w:sz="4" w:space="0" w:color="9AA1B3"/>
            </w:tcBorders>
            <w:shd w:val="clear" w:color="auto" w:fill="F4F6FA"/>
          </w:tcPr>
          <w:p>
            <w:pPr>
              <w:spacing w:after="0" w:before="0" w:line="240" w:lineRule="auto"/>
            </w:pPr>
          </w:p>
        </w:tc>
      </w:tr>
    </w:tbl>
    <w:p>
      <w:pPr>
        <w:spacing w:after="0" w:before="0" w:line="40" w:lineRule="exact"/>
      </w:pPr>
      <w:r>
        <w:rPr>
          <w:sz w:val="2"/>
        </w:rPr>
      </w:r>
    </w:p>
    <w:tbl>
      <w:tblPr>
        <w:tblW w:type="auto" w:w="0"/>
        <w:jc w:val="left"/>
        <w:tblLayout w:type="fixed"/>
        <w:tblLook w:firstColumn="1" w:firstRow="1" w:lastColumn="0" w:lastRow="0" w:noHBand="0" w:noVBand="1" w:val="04A0"/>
      </w:tblPr>
      <w:tblGrid>
        <w:gridCol w:w="10205"/>
      </w:tblGrid>
      <w:tr>
        <w:tc>
          <w:tcPr>
            <w:tcW w:type="dxa" w:w="10205"/>
          </w:tcPr>
          <w:p>
            <w:pPr>
              <w:spacing w:after="0" w:before="0" w:line="240" w:lineRule="auto"/>
            </w:pPr>
            <w:r>
              <w:rPr>
                <w:color w:val="5B6275"/>
                <w:sz w:val="15"/>
              </w:rPr>
              <w:t>Included with the car (spare keys, service books, accessories)</w:t>
            </w:r>
          </w:p>
        </w:tc>
      </w:tr>
      <w:tr>
        <w:trPr>
          <w:trHeight w:val="454" w:hRule="atLeast"/>
        </w:trPr>
        <w:tc>
          <w:tcPr>
            <w:tcW w:type="dxa" w:w="10205"/>
            <w:tcBorders>
              <w:top w:val="single" w:sz="4" w:space="0" w:color="9AA1B3"/>
              <w:left w:val="single" w:sz="4" w:space="0" w:color="9AA1B3"/>
              <w:bottom w:val="single" w:sz="4" w:space="0" w:color="9AA1B3"/>
              <w:right w:val="single" w:sz="4" w:space="0" w:color="9AA1B3"/>
            </w:tcBorders>
            <w:shd w:val="clear" w:color="auto" w:fill="F4F6FA"/>
          </w:tcPr>
          <w:p>
            <w:pPr>
              <w:spacing w:after="0" w:before="0" w:line="240" w:lineRule="auto"/>
            </w:pPr>
          </w:p>
        </w:tc>
      </w:tr>
    </w:tbl>
    <w:p>
      <w:pPr>
        <w:spacing w:after="0" w:before="0" w:line="40" w:lineRule="exact"/>
      </w:pPr>
      <w:r>
        <w:rPr>
          <w:sz w:val="2"/>
        </w:rPr>
      </w:r>
    </w:p>
    <w:p>
      <w:pPr>
        <w:spacing w:after="0" w:before="0" w:line="120" w:lineRule="exact"/>
      </w:pPr>
      <w:r>
        <w:rPr>
          <w:sz w:val="2"/>
        </w:rPr>
      </w:r>
    </w:p>
    <w:tbl>
      <w:tblPr>
        <w:tblW w:type="auto" w:w="0"/>
        <w:jc w:val="left"/>
        <w:tblLayout w:type="fixed"/>
        <w:tblLook w:firstColumn="1" w:firstRow="1" w:lastColumn="0" w:lastRow="0" w:noHBand="0" w:noVBand="1" w:val="04A0"/>
      </w:tblPr>
      <w:tblGrid>
        <w:gridCol w:w="10205"/>
      </w:tblGrid>
      <w:tr>
        <w:tc>
          <w:tcPr>
            <w:tcW w:type="dxa" w:w="10205"/>
            <w:shd w:val="clear" w:color="auto" w:fill="29335C"/>
          </w:tcPr>
          <w:p>
            <w:pPr>
              <w:spacing w:after="20" w:before="20" w:line="240" w:lineRule="auto"/>
            </w:pPr>
            <w:r>
              <w:rPr>
                <w:b/>
                <w:color w:val="FFFFFF"/>
                <w:sz w:val="20"/>
              </w:rPr>
              <w:t>5. Signatures</w:t>
            </w:r>
          </w:p>
        </w:tc>
      </w:tr>
    </w:tbl>
    <w:p>
      <w:pPr>
        <w:spacing w:after="0" w:before="0" w:line="100" w:lineRule="exact"/>
      </w:pPr>
      <w:r>
        <w:rPr>
          <w:sz w:val="2"/>
        </w:rPr>
      </w:r>
    </w:p>
    <w:p>
      <w:pPr>
        <w:spacing w:after="40" w:before="0" w:line="240" w:lineRule="auto"/>
      </w:pPr>
      <w:r>
        <w:rPr>
          <w:color w:val="111111"/>
          <w:sz w:val="17"/>
        </w:rPr>
        <w:t>The seller states that they own this car or are authorised to sell it, that to the best of their knowledge it has no money owing on it and is not recorded as stolen, and that the details on this receipt are correct.</w:t>
      </w:r>
    </w:p>
    <w:p>
      <w:pPr>
        <w:spacing w:after="0" w:before="0" w:line="60" w:lineRule="exact"/>
      </w:pPr>
      <w:r>
        <w:rPr>
          <w:sz w:val="2"/>
        </w:rPr>
      </w:r>
    </w:p>
    <w:tbl>
      <w:tblPr>
        <w:tblW w:type="auto" w:w="0"/>
        <w:jc w:val="left"/>
        <w:tblLayout w:type="fixed"/>
        <w:tblLook w:firstColumn="1" w:firstRow="1" w:lastColumn="0" w:lastRow="0" w:noHBand="0" w:noVBand="1" w:val="04A0"/>
      </w:tblPr>
      <w:tblGrid>
        <w:gridCol w:w="6652"/>
        <w:gridCol w:w="227"/>
        <w:gridCol w:w="3326"/>
      </w:tblGrid>
      <w:tr>
        <w:tc>
          <w:tcPr>
            <w:tcW w:type="dxa" w:w="6652"/>
          </w:tcPr>
          <w:p>
            <w:pPr>
              <w:spacing w:after="0" w:before="0" w:line="240" w:lineRule="auto"/>
            </w:pPr>
            <w:r>
              <w:rPr>
                <w:color w:val="5B6275"/>
                <w:sz w:val="15"/>
              </w:rPr>
              <w:t>Seller's signature</w:t>
            </w:r>
          </w:p>
        </w:tc>
        <w:tc>
          <w:tcPr>
            <w:tcW w:type="dxa" w:w="227"/>
          </w:tcPr>
          <w:p>
            <w:pPr>
              <w:spacing w:after="0" w:before="0" w:line="240" w:lineRule="auto"/>
            </w:pPr>
          </w:p>
        </w:tc>
        <w:tc>
          <w:tcPr>
            <w:tcW w:type="dxa" w:w="3326"/>
          </w:tcPr>
          <w:p>
            <w:pPr>
              <w:spacing w:after="0" w:before="0" w:line="240" w:lineRule="auto"/>
            </w:pPr>
            <w:r>
              <w:rPr>
                <w:color w:val="5B6275"/>
                <w:sz w:val="15"/>
              </w:rPr>
              <w:t>Date</w:t>
            </w:r>
          </w:p>
        </w:tc>
      </w:tr>
      <w:tr>
        <w:trPr>
          <w:trHeight w:val="454" w:hRule="atLeast"/>
        </w:trPr>
        <w:tc>
          <w:tcPr>
            <w:tcW w:type="dxa" w:w="6652"/>
            <w:tcBorders>
              <w:top w:val="single" w:sz="4" w:space="0" w:color="9AA1B3"/>
              <w:left w:val="single" w:sz="4" w:space="0" w:color="9AA1B3"/>
              <w:bottom w:val="single" w:sz="4" w:space="0" w:color="9AA1B3"/>
              <w:right w:val="single" w:sz="4" w:space="0" w:color="9AA1B3"/>
            </w:tcBorders>
            <w:shd w:val="clear" w:color="auto" w:fill="F4F6FA"/>
          </w:tcPr>
          <w:p>
            <w:pPr>
              <w:spacing w:after="0" w:before="0" w:line="240" w:lineRule="auto"/>
            </w:pPr>
          </w:p>
        </w:tc>
        <w:tc>
          <w:tcPr>
            <w:tcW w:type="dxa" w:w="227"/>
          </w:tcPr>
          <w:p>
            <w:pPr>
              <w:spacing w:after="0" w:before="0" w:line="240" w:lineRule="auto"/>
            </w:pPr>
          </w:p>
        </w:tc>
        <w:tc>
          <w:tcPr>
            <w:tcW w:type="dxa" w:w="3326"/>
            <w:tcBorders>
              <w:top w:val="single" w:sz="4" w:space="0" w:color="9AA1B3"/>
              <w:left w:val="single" w:sz="4" w:space="0" w:color="9AA1B3"/>
              <w:bottom w:val="single" w:sz="4" w:space="0" w:color="9AA1B3"/>
              <w:right w:val="single" w:sz="4" w:space="0" w:color="9AA1B3"/>
            </w:tcBorders>
            <w:shd w:val="clear" w:color="auto" w:fill="F4F6FA"/>
          </w:tcPr>
          <w:p>
            <w:pPr>
              <w:spacing w:after="0" w:before="0" w:line="240" w:lineRule="auto"/>
            </w:pPr>
          </w:p>
        </w:tc>
      </w:tr>
    </w:tbl>
    <w:p>
      <w:pPr>
        <w:spacing w:after="0" w:before="0" w:line="40" w:lineRule="exact"/>
      </w:pPr>
      <w:r>
        <w:rPr>
          <w:sz w:val="2"/>
        </w:rPr>
      </w:r>
    </w:p>
    <w:tbl>
      <w:tblPr>
        <w:tblW w:type="auto" w:w="0"/>
        <w:jc w:val="left"/>
        <w:tblLayout w:type="fixed"/>
        <w:tblLook w:firstColumn="1" w:firstRow="1" w:lastColumn="0" w:lastRow="0" w:noHBand="0" w:noVBand="1" w:val="04A0"/>
      </w:tblPr>
      <w:tblGrid>
        <w:gridCol w:w="6652"/>
        <w:gridCol w:w="227"/>
        <w:gridCol w:w="3326"/>
      </w:tblGrid>
      <w:tr>
        <w:tc>
          <w:tcPr>
            <w:tcW w:type="dxa" w:w="6652"/>
          </w:tcPr>
          <w:p>
            <w:pPr>
              <w:spacing w:after="0" w:before="0" w:line="240" w:lineRule="auto"/>
            </w:pPr>
            <w:r>
              <w:rPr>
                <w:color w:val="5B6275"/>
                <w:sz w:val="15"/>
              </w:rPr>
              <w:t>Buyer's signature</w:t>
            </w:r>
          </w:p>
        </w:tc>
        <w:tc>
          <w:tcPr>
            <w:tcW w:type="dxa" w:w="227"/>
          </w:tcPr>
          <w:p>
            <w:pPr>
              <w:spacing w:after="0" w:before="0" w:line="240" w:lineRule="auto"/>
            </w:pPr>
          </w:p>
        </w:tc>
        <w:tc>
          <w:tcPr>
            <w:tcW w:type="dxa" w:w="3326"/>
          </w:tcPr>
          <w:p>
            <w:pPr>
              <w:spacing w:after="0" w:before="0" w:line="240" w:lineRule="auto"/>
            </w:pPr>
            <w:r>
              <w:rPr>
                <w:color w:val="5B6275"/>
                <w:sz w:val="15"/>
              </w:rPr>
              <w:t>Date</w:t>
            </w:r>
          </w:p>
        </w:tc>
      </w:tr>
      <w:tr>
        <w:trPr>
          <w:trHeight w:val="454" w:hRule="atLeast"/>
        </w:trPr>
        <w:tc>
          <w:tcPr>
            <w:tcW w:type="dxa" w:w="6652"/>
            <w:tcBorders>
              <w:top w:val="single" w:sz="4" w:space="0" w:color="9AA1B3"/>
              <w:left w:val="single" w:sz="4" w:space="0" w:color="9AA1B3"/>
              <w:bottom w:val="single" w:sz="4" w:space="0" w:color="9AA1B3"/>
              <w:right w:val="single" w:sz="4" w:space="0" w:color="9AA1B3"/>
            </w:tcBorders>
            <w:shd w:val="clear" w:color="auto" w:fill="F4F6FA"/>
          </w:tcPr>
          <w:p>
            <w:pPr>
              <w:spacing w:after="0" w:before="0" w:line="240" w:lineRule="auto"/>
            </w:pPr>
          </w:p>
        </w:tc>
        <w:tc>
          <w:tcPr>
            <w:tcW w:type="dxa" w:w="227"/>
          </w:tcPr>
          <w:p>
            <w:pPr>
              <w:spacing w:after="0" w:before="0" w:line="240" w:lineRule="auto"/>
            </w:pPr>
          </w:p>
        </w:tc>
        <w:tc>
          <w:tcPr>
            <w:tcW w:type="dxa" w:w="3326"/>
            <w:tcBorders>
              <w:top w:val="single" w:sz="4" w:space="0" w:color="9AA1B3"/>
              <w:left w:val="single" w:sz="4" w:space="0" w:color="9AA1B3"/>
              <w:bottom w:val="single" w:sz="4" w:space="0" w:color="9AA1B3"/>
              <w:right w:val="single" w:sz="4" w:space="0" w:color="9AA1B3"/>
            </w:tcBorders>
            <w:shd w:val="clear" w:color="auto" w:fill="F4F6FA"/>
          </w:tcPr>
          <w:p>
            <w:pPr>
              <w:spacing w:after="0" w:before="0" w:line="240" w:lineRule="auto"/>
            </w:pPr>
          </w:p>
        </w:tc>
      </w:tr>
    </w:tbl>
    <w:p>
      <w:pPr>
        <w:spacing w:after="0" w:before="0" w:line="40" w:lineRule="exact"/>
      </w:pPr>
      <w:r>
        <w:rPr>
          <w:sz w:val="2"/>
        </w:rPr>
      </w:r>
    </w:p>
    <w:p>
      <w:pPr>
        <w:spacing w:after="40" w:before="0" w:line="240" w:lineRule="auto"/>
      </w:pPr>
      <w:r>
        <w:rPr>
          <w:color w:val="5B6275"/>
          <w:sz w:val="15"/>
        </w:rPr>
        <w:t>This receipt records the sale. It does not transfer the registration: the seller still has to tell their state transport agency the car is sold, and the buyer has to transfer the rego into their name, each within the state's deadline.</w:t>
      </w:r>
    </w:p>
    <w:p>
      <w:pPr>
        <w:spacing w:after="40" w:before="0" w:line="240" w:lineRule="auto"/>
      </w:pPr>
      <w:r>
        <w:rPr>
          <w:color w:val="5B6275"/>
          <w:sz w:val="15"/>
        </w:rPr>
        <w:t>Before you pay, check the car for money owing, write-offs and theft: carify.com.au/ppsr-check</w:t>
      </w:r>
    </w:p>
    <w:p>
      <w:pPr>
        <w:spacing w:after="40" w:before="0" w:line="240" w:lineRule="auto"/>
        <w:jc w:val="right"/>
      </w:pPr>
      <w:r>
        <w:rPr>
          <w:color w:val="5B6275"/>
          <w:sz w:val="15"/>
        </w:rPr>
        <w:t>Free template from Carify  |  carify.com.au</w:t>
      </w:r>
    </w:p>
    <w:sectPr w:rsidR="00FC693F" w:rsidRPr="0006063C" w:rsidSect="00034616">
      <w:pgSz w:w="11906" w:h="16838"/>
      <w:pgMar w:top="567" w:right="850" w:bottom="567" w:left="8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 sale receipt template (private sale), Australia</dc:title>
  <dc:subject>Free private car sale receipt / bill of sale template for Australia</dc:subject>
  <dc:creator>Carify</dc:creator>
  <cp:keywords/>
  <dc:description>generated by python-docx</dc:description>
  <cp:lastModifiedBy/>
  <cp:revision>1</cp:revision>
  <dcterms:created xsi:type="dcterms:W3CDTF">2013-12-23T23:15:00Z</dcterms:created>
  <dcterms:modified xsi:type="dcterms:W3CDTF">2013-12-23T23:15:00Z</dcterms:modified>
  <cp:category/>
</cp:coreProperties>
</file>